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200"/>
      </w:pPr>
      <w:r>
        <w:rPr>
          <w:rFonts w:ascii="Times New Roman" w:hAnsi="Times New Roman"/>
          <w:sz w:val="20"/>
          <w:lang w:val="en-US"/>
        </w:rPr>
        <w:t xml:space="preserve">This document is a supplement to Dinosauria, second edition, edited by David B. Weishampel, Peter Dodson, and Halszka Osmolska (Berkeley: University of California Press, 2004). For other supplements and for more information about the book, please visit </w:t>
      </w:r>
      <w:hyperlink r:id="rId11">
        <w:r>
          <w:rPr>
            <w:rFonts w:ascii="Times New Roman" w:hAnsi="Times New Roman"/>
            <w:sz w:val="20"/>
            <w:color w:val="0563C1"/>
            <w:u w:val="single"/>
          </w:rPr>
          <w:t>Dinosauria supplemental materials website</w:t>
        </w:r>
      </w:hyperlink>
      <w:r>
        <w:rPr>
          <w:rFonts w:ascii="Times New Roman" w:hAnsi="Times New Roman"/>
          <w:sz w:val="20"/>
          <w:lang w:val="en-US"/>
        </w:rPr>
        <w:t>.</w:t>
      </w:r>
    </w:p>
    <w:p>
      <w:pPr>
        <w:pStyle w:val="Heading1"/>
        <w:keepNext w:val="0"/>
      </w:pPr>
      <w:r>
        <w:rPr>
          <w:rFonts w:ascii="Times New Roman" w:hAnsi="Times New Roman"/>
          <w:lang w:val="en-US"/>
        </w:rPr>
        <w:t>Appendix 19.2</w:t>
      </w:r>
    </w:p>
    <w:p>
      <w:pPr>
        <w:pStyle w:val="Heading2"/>
        <w:keepNext w:val="0"/>
      </w:pPr>
      <w:r>
        <w:rPr>
          <w:rFonts w:ascii="Times New Roman" w:hAnsi="Times New Roman"/>
          <w:lang w:val="en-US"/>
        </w:rPr>
        <w:t>Character-Taxon Matrix</w:t>
      </w:r>
    </w:p>
    <w:p>
      <w:pPr>
        <w:pStyle w:val="Heading3"/>
        <w:keepNext w:val="0"/>
      </w:pPr>
      <w:r>
        <w:rPr>
          <w:rFonts w:ascii="Times New Roman" w:hAnsi="Times New Roman"/>
          <w:lang w:val="en-US"/>
        </w:rPr>
        <w:t>Basal Iguanodontia</w:t>
      </w:r>
    </w:p>
    <w:p>
      <w:r>
        <w:rPr>
          <w:rFonts w:ascii="Times New Roman" w:hAnsi="Times New Roman"/>
          <w:sz w:val="20"/>
          <w:lang w:val="en-US"/>
        </w:rPr>
        <w:t>Each row identifies a taxon and preserves its character-state sequence from the source document.</w:t>
      </w:r>
    </w:p>
    <w:tbl>
      <w:tblPr>
        <w:tblW w:type="dxa" w:w="14112"/>
        <w:jc w:val="left"/>
        <w:tblLayout w:type="fixed"/>
        <w:tblLook w:firstColumn="1" w:firstRow="1" w:lastColumn="0" w:lastRow="0" w:noHBand="0" w:noVBand="1" w:val="04A0"/>
        <w:tblInd w:w="0" w:type="dxa"/>
        <w:tblBorders>
          <w:top w:val="single" w:sz="4" w:color="9AA4B2"/>
          <w:left w:val="single" w:sz="4" w:color="9AA4B2"/>
          <w:bottom w:val="single" w:sz="4" w:color="9AA4B2"/>
          <w:right w:val="single" w:sz="4" w:color="9AA4B2"/>
          <w:insideH w:val="single" w:sz="4" w:color="9AA4B2"/>
          <w:insideV w:val="single" w:sz="4" w:color="9AA4B2"/>
        </w:tblBorders>
      </w:tblPr>
      <w:tblGrid>
        <w:gridCol w:w="2700"/>
        <w:gridCol w:w="11412"/>
      </w:tblGrid>
      <w:tr>
        <w:trPr>
          <w:tblHeader w:val="true"/>
        </w:trPr>
        <w:tc>
          <w:tcPr>
            <w:tcW w:type="dxa" w:w="2700"/>
            <w:shd w:fill="D9E2F3"/>
            <w:vAlign w:val="center"/>
          </w:tcPr>
          <w:p>
            <w:r>
              <w:rPr>
                <w:rFonts w:ascii="Times New Roman" w:hAnsi="Times New Roman"/>
                <w:b/>
                <w:sz w:val="18"/>
                <w:lang w:val="en-US"/>
              </w:rPr>
              <w:t>Taxon</w:t>
            </w:r>
          </w:p>
        </w:tc>
        <w:tc>
          <w:tcPr>
            <w:tcW w:type="dxa" w:w="11412"/>
            <w:shd w:fill="D9E2F3"/>
            <w:vAlign w:val="center"/>
          </w:tcPr>
          <w:p>
            <w:r>
              <w:rPr>
                <w:rFonts w:ascii="Times New Roman" w:hAnsi="Times New Roman"/>
                <w:b/>
                <w:sz w:val="18"/>
                <w:lang w:val="en-US"/>
              </w:rPr>
              <w:t>Character-state sequence</w:t>
            </w:r>
          </w:p>
        </w:tc>
      </w:tr>
      <w:tr>
        <w:trPr>
          <w:cantSplit/>
        </w:trPr>
        <w:tc>
          <w:tcPr>
            <w:tcW w:type="dxa" w:w="2700"/>
            <w:vAlign w:val="top"/>
          </w:tcPr>
          <w:p>
            <w:pPr>
              <w:spacing w:after="0" w:line="240" w:lineRule="auto"/>
            </w:pPr>
            <w:r>
              <w:rPr>
                <w:rFonts w:ascii="Times New Roman" w:hAnsi="Times New Roman"/>
                <w:sz w:val="18"/>
                <w:lang w:val="en-US"/>
              </w:rPr>
              <w:t>L. diagnosticus</w:t>
            </w:r>
          </w:p>
        </w:tc>
        <w:tc>
          <w:tcPr>
            <w:tcW w:type="dxa" w:w="11412"/>
            <w:vAlign w:val="top"/>
          </w:tcPr>
          <w:p>
            <w:pPr>
              <w:spacing w:after="0" w:line="240" w:lineRule="auto"/>
            </w:pPr>
            <w:r>
              <w:rPr>
                <w:rFonts w:ascii="Courier New" w:hAnsi="Courier New"/>
                <w:sz w:val="16"/>
                <w:lang w:val="en-US"/>
              </w:rPr>
              <w:t>0000000000 0000000000 000000-000 0000000000 0000000000 00000-0000 0000000</w:t>
            </w:r>
          </w:p>
        </w:tc>
      </w:tr>
      <w:tr>
        <w:trPr>
          <w:cantSplit/>
        </w:trPr>
        <w:tc>
          <w:tcPr>
            <w:tcW w:type="dxa" w:w="2700"/>
            <w:vAlign w:val="top"/>
          </w:tcPr>
          <w:p>
            <w:pPr>
              <w:spacing w:after="0" w:line="240" w:lineRule="auto"/>
            </w:pPr>
            <w:r>
              <w:rPr>
                <w:rFonts w:ascii="Times New Roman" w:hAnsi="Times New Roman"/>
                <w:sz w:val="18"/>
                <w:lang w:val="en-US"/>
              </w:rPr>
              <w:t>H. foxii</w:t>
            </w:r>
          </w:p>
        </w:tc>
        <w:tc>
          <w:tcPr>
            <w:tcW w:type="dxa" w:w="11412"/>
            <w:vAlign w:val="top"/>
          </w:tcPr>
          <w:p>
            <w:pPr>
              <w:spacing w:after="0" w:line="240" w:lineRule="auto"/>
            </w:pPr>
            <w:r>
              <w:rPr>
                <w:rFonts w:ascii="Courier New" w:hAnsi="Courier New"/>
                <w:sz w:val="16"/>
                <w:lang w:val="en-US"/>
              </w:rPr>
              <w:t>0000001000 0000000000 0000000100 0000000001 0100000000 0000100001 0000000</w:t>
            </w:r>
          </w:p>
        </w:tc>
      </w:tr>
      <w:tr>
        <w:trPr>
          <w:cantSplit/>
        </w:trPr>
        <w:tc>
          <w:tcPr>
            <w:tcW w:type="dxa" w:w="2700"/>
            <w:vAlign w:val="top"/>
          </w:tcPr>
          <w:p>
            <w:pPr>
              <w:spacing w:after="0" w:line="240" w:lineRule="auto"/>
            </w:pPr>
            <w:r>
              <w:rPr>
                <w:rFonts w:ascii="Times New Roman" w:hAnsi="Times New Roman"/>
                <w:sz w:val="18"/>
                <w:lang w:val="en-US"/>
              </w:rPr>
              <w:t>D. altus</w:t>
            </w:r>
          </w:p>
        </w:tc>
        <w:tc>
          <w:tcPr>
            <w:tcW w:type="dxa" w:w="11412"/>
            <w:vAlign w:val="top"/>
          </w:tcPr>
          <w:p>
            <w:pPr>
              <w:spacing w:after="0" w:line="240" w:lineRule="auto"/>
            </w:pPr>
            <w:r>
              <w:rPr>
                <w:rFonts w:ascii="Courier New" w:hAnsi="Courier New"/>
                <w:sz w:val="16"/>
                <w:lang w:val="en-US"/>
              </w:rPr>
              <w:t>0011011010 0000000010 0100000100 0000100000 010000000? 0010100112 1001010</w:t>
            </w:r>
          </w:p>
        </w:tc>
      </w:tr>
      <w:tr>
        <w:trPr>
          <w:cantSplit/>
        </w:trPr>
        <w:tc>
          <w:tcPr>
            <w:tcW w:type="dxa" w:w="2700"/>
            <w:vAlign w:val="top"/>
          </w:tcPr>
          <w:p>
            <w:pPr>
              <w:spacing w:after="0" w:line="240" w:lineRule="auto"/>
            </w:pPr>
            <w:r>
              <w:rPr>
                <w:rFonts w:ascii="Times New Roman" w:hAnsi="Times New Roman"/>
                <w:sz w:val="18"/>
                <w:lang w:val="en-US"/>
              </w:rPr>
              <w:t>C. dispar</w:t>
            </w:r>
          </w:p>
        </w:tc>
        <w:tc>
          <w:tcPr>
            <w:tcW w:type="dxa" w:w="11412"/>
            <w:vAlign w:val="top"/>
          </w:tcPr>
          <w:p>
            <w:pPr>
              <w:spacing w:after="0" w:line="240" w:lineRule="auto"/>
            </w:pPr>
            <w:r>
              <w:rPr>
                <w:rFonts w:ascii="Courier New" w:hAnsi="Courier New"/>
                <w:sz w:val="16"/>
                <w:lang w:val="en-US"/>
              </w:rPr>
              <w:t>0011011000 0000101010 0100000100 0000100100 0000100101 0010110112 1001000</w:t>
            </w:r>
          </w:p>
        </w:tc>
      </w:tr>
      <w:tr>
        <w:trPr>
          <w:cantSplit/>
        </w:trPr>
        <w:tc>
          <w:tcPr>
            <w:tcW w:type="dxa" w:w="2700"/>
            <w:vAlign w:val="top"/>
          </w:tcPr>
          <w:p>
            <w:pPr>
              <w:spacing w:after="0" w:line="240" w:lineRule="auto"/>
            </w:pPr>
            <w:r>
              <w:rPr>
                <w:rFonts w:ascii="Times New Roman" w:hAnsi="Times New Roman"/>
                <w:sz w:val="18"/>
                <w:lang w:val="en-US"/>
              </w:rPr>
              <w:t>I. atherfieldensis</w:t>
            </w:r>
          </w:p>
        </w:tc>
        <w:tc>
          <w:tcPr>
            <w:tcW w:type="dxa" w:w="11412"/>
            <w:vAlign w:val="top"/>
          </w:tcPr>
          <w:p>
            <w:pPr>
              <w:spacing w:after="0" w:line="240" w:lineRule="auto"/>
            </w:pPr>
            <w:r>
              <w:rPr>
                <w:rFonts w:ascii="Courier New" w:hAnsi="Courier New"/>
                <w:sz w:val="16"/>
                <w:lang w:val="en-US"/>
              </w:rPr>
              <w:t>0111011010 0110100011 0110000110 0101100100 0010110111 0010121112 1012011</w:t>
            </w:r>
          </w:p>
        </w:tc>
      </w:tr>
      <w:tr>
        <w:trPr>
          <w:cantSplit/>
        </w:trPr>
        <w:tc>
          <w:tcPr>
            <w:tcW w:type="dxa" w:w="2700"/>
            <w:vAlign w:val="top"/>
          </w:tcPr>
          <w:p>
            <w:pPr>
              <w:spacing w:after="0" w:line="240" w:lineRule="auto"/>
            </w:pPr>
            <w:r>
              <w:rPr>
                <w:rFonts w:ascii="Times New Roman" w:hAnsi="Times New Roman"/>
                <w:sz w:val="18"/>
                <w:lang w:val="en-US"/>
              </w:rPr>
              <w:t>I. bernissartensis</w:t>
            </w:r>
          </w:p>
        </w:tc>
        <w:tc>
          <w:tcPr>
            <w:tcW w:type="dxa" w:w="11412"/>
            <w:vAlign w:val="top"/>
          </w:tcPr>
          <w:p>
            <w:pPr>
              <w:spacing w:after="0" w:line="240" w:lineRule="auto"/>
            </w:pPr>
            <w:r>
              <w:rPr>
                <w:rFonts w:ascii="Courier New" w:hAnsi="Courier New"/>
                <w:sz w:val="16"/>
                <w:lang w:val="en-US"/>
              </w:rPr>
              <w:t>0111011010 0110100010 0110000110 0101100100 0010110111 1010121112 1012011</w:t>
            </w:r>
          </w:p>
        </w:tc>
      </w:tr>
      <w:tr>
        <w:trPr>
          <w:cantSplit/>
        </w:trPr>
        <w:tc>
          <w:tcPr>
            <w:tcW w:type="dxa" w:w="2700"/>
            <w:vAlign w:val="top"/>
          </w:tcPr>
          <w:p>
            <w:pPr>
              <w:spacing w:after="0" w:line="240" w:lineRule="auto"/>
            </w:pPr>
            <w:r>
              <w:rPr>
                <w:rFonts w:ascii="Times New Roman" w:hAnsi="Times New Roman"/>
                <w:sz w:val="18"/>
                <w:lang w:val="en-US"/>
              </w:rPr>
              <w:t>O. nigeriensis</w:t>
            </w:r>
          </w:p>
        </w:tc>
        <w:tc>
          <w:tcPr>
            <w:tcW w:type="dxa" w:w="11412"/>
            <w:vAlign w:val="top"/>
          </w:tcPr>
          <w:p>
            <w:pPr>
              <w:spacing w:after="0" w:line="240" w:lineRule="auto"/>
            </w:pPr>
            <w:r>
              <w:rPr>
                <w:rFonts w:ascii="Courier New" w:hAnsi="Courier New"/>
                <w:sz w:val="16"/>
                <w:lang w:val="en-US"/>
              </w:rPr>
              <w:t>0111101000 1110100011 0210000110 010110020? 001011011? 0010131112 10120?1</w:t>
            </w:r>
          </w:p>
        </w:tc>
      </w:tr>
      <w:tr>
        <w:trPr>
          <w:cantSplit/>
        </w:trPr>
        <w:tc>
          <w:tcPr>
            <w:tcW w:type="dxa" w:w="2700"/>
            <w:vAlign w:val="top"/>
          </w:tcPr>
          <w:p>
            <w:pPr>
              <w:spacing w:after="0" w:line="240" w:lineRule="auto"/>
            </w:pPr>
            <w:r>
              <w:rPr>
                <w:rFonts w:ascii="Times New Roman" w:hAnsi="Times New Roman"/>
                <w:sz w:val="18"/>
                <w:lang w:val="en-US"/>
              </w:rPr>
              <w:t>P. byrdi</w:t>
            </w:r>
          </w:p>
        </w:tc>
        <w:tc>
          <w:tcPr>
            <w:tcW w:type="dxa" w:w="11412"/>
            <w:vAlign w:val="top"/>
          </w:tcPr>
          <w:p>
            <w:pPr>
              <w:spacing w:after="0" w:line="240" w:lineRule="auto"/>
            </w:pPr>
            <w:r>
              <w:rPr>
                <w:rFonts w:ascii="Courier New" w:hAnsi="Courier New"/>
                <w:sz w:val="16"/>
                <w:lang w:val="en-US"/>
              </w:rPr>
              <w:t>?1110?21?? 1?10?01011 1211000211 1101111??? ?????????? ?????????? ???????</w:t>
            </w:r>
          </w:p>
        </w:tc>
      </w:tr>
      <w:tr>
        <w:trPr>
          <w:cantSplit/>
        </w:trPr>
        <w:tc>
          <w:tcPr>
            <w:tcW w:type="dxa" w:w="2700"/>
            <w:vAlign w:val="top"/>
          </w:tcPr>
          <w:p>
            <w:pPr>
              <w:spacing w:after="0" w:line="240" w:lineRule="auto"/>
            </w:pPr>
            <w:r>
              <w:rPr>
                <w:rFonts w:ascii="Times New Roman" w:hAnsi="Times New Roman"/>
                <w:sz w:val="18"/>
                <w:lang w:val="en-US"/>
              </w:rPr>
              <w:t>A. kurzanovi</w:t>
            </w:r>
          </w:p>
        </w:tc>
        <w:tc>
          <w:tcPr>
            <w:tcW w:type="dxa" w:w="11412"/>
            <w:vAlign w:val="top"/>
          </w:tcPr>
          <w:p>
            <w:pPr>
              <w:spacing w:after="0" w:line="240" w:lineRule="auto"/>
            </w:pPr>
            <w:r>
              <w:rPr>
                <w:rFonts w:ascii="Courier New" w:hAnsi="Courier New"/>
                <w:sz w:val="16"/>
                <w:lang w:val="en-US"/>
              </w:rPr>
              <w:t>0111002100 0100100011 1211000211 0101102??0 0?10?10111 1010121012 ?01???1</w:t>
            </w:r>
          </w:p>
        </w:tc>
      </w:tr>
      <w:tr>
        <w:trPr>
          <w:cantSplit/>
        </w:trPr>
        <w:tc>
          <w:tcPr>
            <w:tcW w:type="dxa" w:w="2700"/>
            <w:vAlign w:val="top"/>
          </w:tcPr>
          <w:p>
            <w:pPr>
              <w:spacing w:after="0" w:line="240" w:lineRule="auto"/>
            </w:pPr>
            <w:r>
              <w:rPr>
                <w:rFonts w:ascii="Times New Roman" w:hAnsi="Times New Roman"/>
                <w:sz w:val="18"/>
                <w:lang w:val="en-US"/>
              </w:rPr>
              <w:t>E. caroljonesa</w:t>
            </w:r>
          </w:p>
        </w:tc>
        <w:tc>
          <w:tcPr>
            <w:tcW w:type="dxa" w:w="11412"/>
            <w:vAlign w:val="top"/>
          </w:tcPr>
          <w:p>
            <w:pPr>
              <w:spacing w:after="0" w:line="240" w:lineRule="auto"/>
            </w:pPr>
            <w:r>
              <w:rPr>
                <w:rFonts w:ascii="Courier New" w:hAnsi="Courier New"/>
                <w:sz w:val="16"/>
                <w:lang w:val="en-US"/>
              </w:rPr>
              <w:t>01110????? 1110?0???1 02110?0211 01011?1100 ???01?011? 1010???112 1???0??</w:t>
            </w:r>
          </w:p>
        </w:tc>
      </w:tr>
      <w:tr>
        <w:trPr>
          <w:cantSplit/>
        </w:trPr>
        <w:tc>
          <w:tcPr>
            <w:tcW w:type="dxa" w:w="2700"/>
            <w:vAlign w:val="top"/>
          </w:tcPr>
          <w:p>
            <w:pPr>
              <w:spacing w:after="0" w:line="240" w:lineRule="auto"/>
            </w:pPr>
            <w:r>
              <w:rPr>
                <w:rFonts w:ascii="Times New Roman" w:hAnsi="Times New Roman"/>
                <w:sz w:val="18"/>
                <w:lang w:val="en-US"/>
              </w:rPr>
              <w:t>P. mongoliensis</w:t>
            </w:r>
          </w:p>
        </w:tc>
        <w:tc>
          <w:tcPr>
            <w:tcW w:type="dxa" w:w="11412"/>
            <w:vAlign w:val="top"/>
          </w:tcPr>
          <w:p>
            <w:pPr>
              <w:spacing w:after="0" w:line="240" w:lineRule="auto"/>
            </w:pPr>
            <w:r>
              <w:rPr>
                <w:rFonts w:ascii="Courier New" w:hAnsi="Courier New"/>
                <w:sz w:val="16"/>
                <w:lang w:val="en-US"/>
              </w:rPr>
              <w:t>01110????? ?10010?010 0111000212 110?111100 001012011? 0010121112 10121?1</w:t>
            </w:r>
          </w:p>
        </w:tc>
      </w:tr>
      <w:tr>
        <w:trPr>
          <w:cantSplit/>
        </w:trPr>
        <w:tc>
          <w:tcPr>
            <w:tcW w:type="dxa" w:w="2700"/>
            <w:vAlign w:val="top"/>
          </w:tcPr>
          <w:p>
            <w:pPr>
              <w:spacing w:after="0" w:line="240" w:lineRule="auto"/>
            </w:pPr>
            <w:r>
              <w:rPr>
                <w:rFonts w:ascii="Times New Roman" w:hAnsi="Times New Roman"/>
                <w:sz w:val="18"/>
                <w:lang w:val="en-US"/>
              </w:rPr>
              <w:t>B. johnsoni</w:t>
            </w:r>
          </w:p>
        </w:tc>
        <w:tc>
          <w:tcPr>
            <w:tcW w:type="dxa" w:w="11412"/>
            <w:vAlign w:val="top"/>
          </w:tcPr>
          <w:p>
            <w:pPr>
              <w:spacing w:after="0" w:line="240" w:lineRule="auto"/>
            </w:pPr>
            <w:r>
              <w:rPr>
                <w:rFonts w:ascii="Courier New" w:hAnsi="Courier New"/>
                <w:sz w:val="16"/>
                <w:lang w:val="en-US"/>
              </w:rPr>
              <w:t>01110?10?0 111110?010 0121110212 1101111102 1?1??112?1 0010131?12 11231?2</w:t>
            </w:r>
          </w:p>
        </w:tc>
      </w:tr>
      <w:tr>
        <w:trPr>
          <w:cantSplit/>
        </w:trPr>
        <w:tc>
          <w:tcPr>
            <w:tcW w:type="dxa" w:w="2700"/>
            <w:vAlign w:val="top"/>
          </w:tcPr>
          <w:p>
            <w:pPr>
              <w:spacing w:after="0" w:line="240" w:lineRule="auto"/>
            </w:pPr>
            <w:r>
              <w:rPr>
                <w:rFonts w:ascii="Times New Roman" w:hAnsi="Times New Roman"/>
                <w:sz w:val="18"/>
                <w:lang w:val="en-US"/>
              </w:rPr>
              <w:t>E. regalis</w:t>
            </w:r>
          </w:p>
        </w:tc>
        <w:tc>
          <w:tcPr>
            <w:tcW w:type="dxa" w:w="11412"/>
            <w:vAlign w:val="top"/>
          </w:tcPr>
          <w:p>
            <w:pPr>
              <w:spacing w:after="0" w:line="240" w:lineRule="auto"/>
            </w:pPr>
            <w:r>
              <w:rPr>
                <w:rFonts w:ascii="Courier New" w:hAnsi="Courier New"/>
                <w:sz w:val="16"/>
                <w:lang w:val="en-US"/>
              </w:rPr>
              <w:t>1111102101 1211101111 0121111222 1112112112 1011221211 1121131012 0123122</w:t>
            </w:r>
          </w:p>
        </w:tc>
      </w:tr>
      <w:tr>
        <w:trPr>
          <w:cantSplit/>
        </w:trPr>
        <w:tc>
          <w:tcPr>
            <w:tcW w:type="dxa" w:w="2700"/>
            <w:vAlign w:val="top"/>
          </w:tcPr>
          <w:p>
            <w:pPr>
              <w:spacing w:after="0" w:line="240" w:lineRule="auto"/>
            </w:pPr>
            <w:r>
              <w:rPr>
                <w:rFonts w:ascii="Times New Roman" w:hAnsi="Times New Roman"/>
                <w:sz w:val="18"/>
                <w:lang w:val="en-US"/>
              </w:rPr>
              <w:t>T. tilletti</w:t>
            </w:r>
          </w:p>
        </w:tc>
        <w:tc>
          <w:tcPr>
            <w:tcW w:type="dxa" w:w="11412"/>
            <w:vAlign w:val="top"/>
          </w:tcPr>
          <w:p>
            <w:pPr>
              <w:spacing w:after="0" w:line="240" w:lineRule="auto"/>
            </w:pPr>
            <w:r>
              <w:rPr>
                <w:rFonts w:ascii="Courier New" w:hAnsi="Courier New"/>
                <w:sz w:val="16"/>
                <w:lang w:val="en-US"/>
              </w:rPr>
              <w:t>0011001000 ??00100000 0100000100 0000000100 1?00000001 0000111001 0100000</w:t>
            </w:r>
          </w:p>
        </w:tc>
      </w:tr>
      <w:tr>
        <w:trPr>
          <w:cantSplit/>
        </w:trPr>
        <w:tc>
          <w:tcPr>
            <w:tcW w:type="dxa" w:w="2700"/>
            <w:vAlign w:val="top"/>
          </w:tcPr>
          <w:p>
            <w:pPr>
              <w:spacing w:after="0" w:line="240" w:lineRule="auto"/>
            </w:pPr>
            <w:r>
              <w:rPr>
                <w:rFonts w:ascii="Times New Roman" w:hAnsi="Times New Roman"/>
                <w:sz w:val="18"/>
                <w:lang w:val="en-US"/>
              </w:rPr>
              <w:t>T. dossi</w:t>
            </w:r>
          </w:p>
        </w:tc>
        <w:tc>
          <w:tcPr>
            <w:tcW w:type="dxa" w:w="11412"/>
            <w:vAlign w:val="top"/>
          </w:tcPr>
          <w:p>
            <w:pPr>
              <w:spacing w:after="0" w:line="240" w:lineRule="auto"/>
            </w:pPr>
            <w:r>
              <w:rPr>
                <w:rFonts w:ascii="Courier New" w:hAnsi="Courier New"/>
                <w:sz w:val="16"/>
                <w:lang w:val="en-US"/>
              </w:rPr>
              <w:t>0001001?00 ??00100??0 ?1?????1?0 ?000000100 1?00000001 0000111001 0?00000</w:t>
            </w:r>
          </w:p>
        </w:tc>
      </w:tr>
      <w:tr>
        <w:trPr>
          <w:cantSplit/>
        </w:trPr>
        <w:tc>
          <w:tcPr>
            <w:tcW w:type="dxa" w:w="2700"/>
            <w:vAlign w:val="top"/>
          </w:tcPr>
          <w:p>
            <w:pPr>
              <w:spacing w:after="0" w:line="240" w:lineRule="auto"/>
            </w:pPr>
            <w:r>
              <w:rPr>
                <w:rFonts w:ascii="Times New Roman" w:hAnsi="Times New Roman"/>
                <w:sz w:val="18"/>
                <w:lang w:val="en-US"/>
              </w:rPr>
              <w:t>Z. robustus</w:t>
            </w:r>
          </w:p>
        </w:tc>
        <w:tc>
          <w:tcPr>
            <w:tcW w:type="dxa" w:w="11412"/>
            <w:vAlign w:val="top"/>
          </w:tcPr>
          <w:p>
            <w:pPr>
              <w:spacing w:after="0" w:line="240" w:lineRule="auto"/>
            </w:pPr>
            <w:r>
              <w:rPr>
                <w:rFonts w:ascii="Courier New" w:hAnsi="Courier New"/>
                <w:sz w:val="16"/>
                <w:lang w:val="en-US"/>
              </w:rPr>
              <w:t>?01000100? 000?001010 0000000100 0101000100 1????????? 2010101110 01000?0</w:t>
            </w:r>
          </w:p>
        </w:tc>
      </w:tr>
    </w:tbl>
    <w:sectPr w:rsidR="00FC693F" w:rsidRPr="0006063C" w:rsidSect="00034616">
      <w:headerReference w:type="default" r:id="rId9"/>
      <w:footerReference w:type="default" r:id="rId10"/>
      <w:pgSz w:w="15840" w:h="12240" w:orient="landscape"/>
      <w:pgMar w:top="792" w:right="864" w:bottom="792" w:left="864" w:header="432" w:footer="432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Times New Roman" w:hAnsi="Times New Roman"/>
        <w:sz w:val="18"/>
        <w:lang w:val="en-US"/>
      </w:rPr>
      <w:t xml:space="preserve">Page </w:t>
    </w:r>
    <w:fldSimple w:instr="PAGE">
      <w:r>
        <w:rPr>
          <w:sz w:val="18"/>
        </w:rPr>
        <w:t>1</w:t>
      </w:r>
    </w:fldSimple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</w:pP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en-US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00" w:line="259" w:lineRule="auto"/>
    </w:pPr>
    <w:rPr>
      <w:rFonts w:ascii="Times New Roman" w:hAnsi="Times New Roman"/>
      <w:b w:val="0"/>
      <w:color w:val="000000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200" w:after="80"/>
      <w:outlineLvl w:val="0"/>
    </w:pPr>
    <w:rPr>
      <w:rFonts w:asciiTheme="majorHAnsi" w:eastAsiaTheme="majorEastAsia" w:hAnsiTheme="majorHAnsi" w:cstheme="majorBidi" w:ascii="Times New Roman" w:hAnsi="Times New Roman"/>
      <w:b/>
      <w:bCs/>
      <w:color w:val="7A1F1F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160" w:after="60"/>
      <w:outlineLvl w:val="1"/>
    </w:pPr>
    <w:rPr>
      <w:rFonts w:asciiTheme="majorHAnsi" w:eastAsiaTheme="majorEastAsia" w:hAnsiTheme="majorHAnsi" w:cstheme="majorBidi" w:ascii="Times New Roman" w:hAnsi="Times New Roman"/>
      <w:b/>
      <w:bCs/>
      <w:color w:val="7A1F1F"/>
      <w:sz w:val="28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120" w:after="120"/>
      <w:outlineLvl w:val="2"/>
    </w:pPr>
    <w:rPr>
      <w:rFonts w:asciiTheme="majorHAnsi" w:eastAsiaTheme="majorEastAsia" w:hAnsiTheme="majorHAnsi" w:cstheme="majorBidi" w:ascii="Times New Roman" w:hAnsi="Times New Roman"/>
      <w:b/>
      <w:bCs/>
      <w:color w:val="7A1F1F"/>
      <w:sz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Relationship Id="rId11" Type="http://schemas.openxmlformats.org/officeDocument/2006/relationships/hyperlink" Target="http://dinosauria.ucpress.ed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Appendix 19.2 — Character-Taxon Matrix — Basal Iguanodontia</dc:title>
  <dc:subject>Accessible supplement to Dinosauria, second edition</dc:subject>
  <dc:creator>python-docx</dc:creator>
  <cp:keywords>Dinosauria; paleontology; character descriptions; character-taxon matrix; biogeography; accessible Word document</cp:keywords>
  <dc:description>Accessibility-remediated edition with semantic headings, lists, tables, links, and document metadata.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