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  <w:r>
        <w:rPr>
          <w:rFonts w:ascii="Times New Roman" w:hAnsi="Times New Roman"/>
          <w:sz w:val="20"/>
          <w:lang w:val="en-US"/>
        </w:rPr>
        <w:t xml:space="preserve">This document is a supplement to Dinosauria, second edition, edited by David B. Weishampel, Peter Dodson, and Halszka Osmolska (Berkeley: University of California Press, 2004). For other supplements and for more information about the book, please visit </w:t>
      </w:r>
      <w:hyperlink r:id="rId11">
        <w:r>
          <w:rPr>
            <w:rFonts w:ascii="Times New Roman" w:hAnsi="Times New Roman"/>
            <w:sz w:val="20"/>
            <w:color w:val="0563C1"/>
            <w:u w:val="single"/>
          </w:rPr>
          <w:t>Dinosauria supplemental materials website</w:t>
        </w:r>
      </w:hyperlink>
      <w:r>
        <w:rPr>
          <w:rFonts w:ascii="Times New Roman" w:hAnsi="Times New Roman"/>
          <w:sz w:val="20"/>
          <w:lang w:val="en-US"/>
        </w:rPr>
        <w:t>.</w:t>
      </w:r>
    </w:p>
    <w:p>
      <w:pPr>
        <w:pStyle w:val="Heading1"/>
        <w:keepNext w:val="0"/>
      </w:pPr>
      <w:r>
        <w:rPr>
          <w:rFonts w:ascii="Times New Roman" w:hAnsi="Times New Roman"/>
          <w:lang w:val="en-US"/>
        </w:rPr>
        <w:t>Appendix 20.2</w:t>
      </w:r>
    </w:p>
    <w:p>
      <w:pPr>
        <w:pStyle w:val="Heading2"/>
        <w:keepNext w:val="0"/>
      </w:pPr>
      <w:r>
        <w:rPr>
          <w:rFonts w:ascii="Times New Roman" w:hAnsi="Times New Roman"/>
          <w:lang w:val="en-US"/>
        </w:rPr>
        <w:t>Character-Taxon Matrix</w:t>
      </w:r>
    </w:p>
    <w:p>
      <w:pPr>
        <w:pStyle w:val="Heading3"/>
        <w:keepNext w:val="0"/>
      </w:pPr>
      <w:r>
        <w:rPr>
          <w:rFonts w:ascii="Times New Roman" w:hAnsi="Times New Roman"/>
          <w:lang w:val="en-US"/>
        </w:rPr>
        <w:t>Hadrosauridae</w:t>
      </w:r>
    </w:p>
    <w:p>
      <w:r>
        <w:rPr>
          <w:rFonts w:ascii="Times New Roman" w:hAnsi="Times New Roman"/>
          <w:sz w:val="20"/>
          <w:lang w:val="en-US"/>
        </w:rPr>
        <w:t>Each row identifies a taxon and preserves its character-state sequence from the source document.</w:t>
      </w:r>
    </w:p>
    <w:tbl>
      <w:tblPr>
        <w:tblW w:type="dxa" w:w="14112"/>
        <w:jc w:val="left"/>
        <w:tblLayout w:type="fixed"/>
        <w:tblLook w:firstColumn="1" w:firstRow="1" w:lastColumn="0" w:lastRow="0" w:noHBand="0" w:noVBand="1" w:val="04A0"/>
        <w:tblInd w:w="0" w:type="dxa"/>
        <w:tblBorders>
          <w:top w:val="single" w:sz="4" w:color="9AA4B2"/>
          <w:left w:val="single" w:sz="4" w:color="9AA4B2"/>
          <w:bottom w:val="single" w:sz="4" w:color="9AA4B2"/>
          <w:right w:val="single" w:sz="4" w:color="9AA4B2"/>
          <w:insideH w:val="single" w:sz="4" w:color="9AA4B2"/>
          <w:insideV w:val="single" w:sz="4" w:color="9AA4B2"/>
        </w:tblBorders>
      </w:tblPr>
      <w:tblGrid>
        <w:gridCol w:w="2700"/>
        <w:gridCol w:w="11412"/>
      </w:tblGrid>
      <w:tr>
        <w:trPr>
          <w:tblHeader w:val="true"/>
        </w:trPr>
        <w:tc>
          <w:tcPr>
            <w:tcW w:type="dxa" w:w="2700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Taxon</w:t>
            </w:r>
          </w:p>
        </w:tc>
        <w:tc>
          <w:tcPr>
            <w:tcW w:type="dxa" w:w="11412"/>
            <w:shd w:fill="D9E2F3"/>
            <w:vAlign w:val="center"/>
          </w:tcPr>
          <w:p>
            <w:r>
              <w:rPr>
                <w:rFonts w:ascii="Times New Roman" w:hAnsi="Times New Roman"/>
                <w:b/>
                <w:sz w:val="18"/>
                <w:lang w:val="en-US"/>
              </w:rPr>
              <w:t>Character-state sequence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Iguanodon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00000 00000 00000 00000 00000 00000 00000 00000 10000 00000 00010 ?0000 00000 00000 00000 00000 00000 00000 00000 00000 00000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Eolambia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100?0 11100 00??? ?00?1 01000 00??? ??000 00??? ?0??? 21?00 0???? ?0?0? 0??00 ?0?00 0???0 ????? ??110 ????? 0000? ??110 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Probactrosaurus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000?0 1??00 01??? ?0??? 0000? 00??? ??000 00??? ????? ?0??? ????0 ?0??? ????? ?0?00 000?0 ?0000 1?010 ????? 0000? ?0100 0??00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Protohadros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1???? ???00 11100 ?0?01 01000 00??? ??000 00??? 00??? 10000 00001 000?0 0???? ????? 0???? ????? ????? ????? ????? ????? 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Brachylophosaurus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21110 21121 01111 11112 01101 10101 11000 00111 2010? 21000 11021 10011 11111 11100 11011 01111 10111 11111 11101 01111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Corythosaurus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11111 11111 11111 11111 01001 01??1 00122 22000 01111 21100 11101 01111 11211 11111 11111 11111 10111 11111 11111 01111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Edmontosaurus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31110 21121 01111 11112 11111 10101 12000 00000 1010? 21001 11011 00011 11111 11100 11111 01111 10110 11111 11111 01101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Gryposaurus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21110 21111 01111 11111 11101 10101 11000 00121 10100 21001 11011 10011 11111 11100 11111 01111 00110 11111 11111 01101 11111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Hypacrosaurus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21111 11111 111?1 11111 01001 01??1 00121 22000 01111 21100 11101 01111 11211 11111 11111 111?? ??111 ????1 11111 11111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“K.” australis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2?11? ???0? 1?1?? ????? ????1 ????? ??000 00??? ??10? 21000 ????? ?101? ????? 11?00 ????? ?1111 01??? ????? 11110 01101 1????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Lambeosaurus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21111 11111 11111 11111 01001 01??1 00111 21000 01111 21100 11101 01111 11211 11111 11111 11111 10111 11111 11110 01111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Lophorhothon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??10? 1?1?? ????? ????? ????? ????1 11000 00121 2???? ???00 100?? ?0??? ???1? 10??? ????? ????? ????? ????? ????? ??10? ??1?1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Maiasaura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21110 21121 01111 11112 0111? 10001 11000 00112 20100 21011 11021 10111 11211 11100 11011 01111 00111 11111 11111 01111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Naashoibitosaurus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2???? 211?? ????? ????? ????? ?0?01 11000 00121 10?0? 21000 11011 01?11 1?111 11?00 1???? ????? ??11? ????? ????? ????? ?????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Nipponosaurus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?1110 111?1 ????? ?0?1? ????? ????? ????? ????? ??1?1 2???? ????1 1?1?? ????? ????? ?111? ?1111 10?1? ?111? 1?1?? ??11? 1?111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Parasaurolophus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21111 11101 01111 11111 0100? 01??1 00100 10000 11110 21100 11011 01?11 11211 11111 11111 11111 10101 11?11 11111 11111 111??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Prosaurolophus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21110 21111 01111 11111 101?1 10101 12000 00121 10100 21010 11011 00111 11111 11100 11111 01111 10110 11111 11111 01101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Saurolophus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31110 21111 01101 11111 00001 10010 12000 00121 10100 21010 11011 01111 11211 11100 11111 01111 00110 11111 11100 01101 11111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Telmatosaurus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01011 11001 01??0 00111 00?00 0000? 00000 00000 20?0? 210?? 10020 ?0011 1?000 ?0?00 0?11? 0??11 0101? ????? ????? ????? 1????</w:t>
            </w:r>
          </w:p>
        </w:tc>
      </w:tr>
      <w:tr>
        <w:trPr>
          <w:cantSplit/>
        </w:trPr>
        <w:tc>
          <w:tcPr>
            <w:tcW w:type="dxa" w:w="2700"/>
            <w:vAlign w:val="top"/>
          </w:tcPr>
          <w:p>
            <w:pPr>
              <w:spacing w:after="0" w:line="240" w:lineRule="auto"/>
            </w:pPr>
            <w:r>
              <w:rPr>
                <w:rFonts w:ascii="Times New Roman" w:hAnsi="Times New Roman"/>
                <w:sz w:val="18"/>
                <w:lang w:val="en-US"/>
              </w:rPr>
              <w:t>Tsintaosaurus</w:t>
            </w:r>
          </w:p>
        </w:tc>
        <w:tc>
          <w:tcPr>
            <w:tcW w:type="dxa" w:w="11412"/>
            <w:vAlign w:val="top"/>
          </w:tcPr>
          <w:p>
            <w:pPr>
              <w:spacing w:after="0" w:line="240" w:lineRule="auto"/>
            </w:pPr>
            <w:r>
              <w:rPr>
                <w:rFonts w:ascii="Courier New" w:hAnsi="Courier New"/>
                <w:sz w:val="14"/>
                <w:lang w:val="en-US"/>
              </w:rPr>
              <w:t>11111 21111 10111 ?1111 01001 ????0 ????? ????? ?111? 2110? ????? ??111 00110 00?01 ????? ????? ????? ????? ????? ????? ?????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792" w:right="864" w:bottom="792" w:left="864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sz w:val="18"/>
        <w:lang w:val="en-US"/>
      </w:rPr>
      <w:t xml:space="preserve">Page </w:t>
    </w:r>
    <w:fldSimple w:instr="PAGE">
      <w:r>
        <w:rPr>
          <w:sz w:val="18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b w:val="0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12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1F1F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://dinosauria.ucpres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20.2 — Character-Taxon Matrix — Hadrosauridae</dc:title>
  <dc:subject>Accessible supplement to Dinosauria, second edition</dc:subject>
  <dc:creator>python-docx</dc:creator>
  <cp:keywords>Dinosauria; paleontology; character descriptions; character-taxon matrix; biogeography; accessible Word document</cp:keywords>
  <dc:description>Accessibility-remediated edition with semantic headings, lists, tables, links, and document metadata.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