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 w:val="0"/>
      </w:pPr>
      <w:r>
        <w:rPr>
          <w:rFonts w:ascii="Times New Roman" w:hAnsi="Times New Roman"/>
          <w:lang w:val="en-US"/>
        </w:rPr>
        <w:t>Appendix 21.2</w:t>
      </w:r>
    </w:p>
    <w:p>
      <w:pPr>
        <w:pStyle w:val="Heading2"/>
        <w:keepNext w:val="0"/>
      </w:pPr>
      <w:r>
        <w:rPr>
          <w:rFonts w:ascii="Times New Roman" w:hAnsi="Times New Roman"/>
          <w:lang w:val="en-US"/>
        </w:rPr>
        <w:t>Character-Taxon Matrix</w:t>
      </w:r>
    </w:p>
    <w:p>
      <w:pPr>
        <w:pStyle w:val="Heading3"/>
        <w:keepNext w:val="0"/>
      </w:pPr>
      <w:r>
        <w:rPr>
          <w:rFonts w:ascii="Times New Roman" w:hAnsi="Times New Roman"/>
          <w:lang w:val="en-US"/>
        </w:rPr>
        <w:t>Pachycephalosauria</w:t>
      </w:r>
    </w:p>
    <w:p>
      <w:r>
        <w:rPr>
          <w:rFonts w:ascii="Times New Roman" w:hAnsi="Times New Roman"/>
          <w:sz w:val="20"/>
          <w:lang w:val="en-US"/>
        </w:rPr>
        <w:t>Each row identifies a taxon and preserves its character-state sequence from the source document.</w:t>
      </w:r>
    </w:p>
    <w:tbl>
      <w:tblPr>
        <w:tblW w:type="dxa" w:w="9792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4" w:color="9AA4B2"/>
          <w:left w:val="single" w:sz="4" w:color="9AA4B2"/>
          <w:bottom w:val="single" w:sz="4" w:color="9AA4B2"/>
          <w:right w:val="single" w:sz="4" w:color="9AA4B2"/>
          <w:insideH w:val="single" w:sz="4" w:color="9AA4B2"/>
          <w:insideV w:val="single" w:sz="4" w:color="9AA4B2"/>
        </w:tblBorders>
      </w:tblPr>
      <w:tblGrid>
        <w:gridCol w:w="2400"/>
        <w:gridCol w:w="7392"/>
      </w:tblGrid>
      <w:tr>
        <w:trPr>
          <w:tblHeader w:val="true"/>
        </w:trPr>
        <w:tc>
          <w:tcPr>
            <w:tcW w:type="dxa" w:w="2400"/>
            <w:shd w:fill="D9E2F3"/>
            <w:vAlign w:val="center"/>
          </w:tcPr>
          <w:p>
            <w:r>
              <w:rPr>
                <w:rFonts w:ascii="Times New Roman" w:hAnsi="Times New Roman"/>
                <w:b/>
                <w:sz w:val="18"/>
                <w:lang w:val="en-US"/>
              </w:rPr>
              <w:t>Taxon</w:t>
            </w:r>
          </w:p>
        </w:tc>
        <w:tc>
          <w:tcPr>
            <w:tcW w:type="dxa" w:w="7392"/>
            <w:shd w:fill="D9E2F3"/>
            <w:vAlign w:val="center"/>
          </w:tcPr>
          <w:p>
            <w:r>
              <w:rPr>
                <w:rFonts w:ascii="Times New Roman" w:hAnsi="Times New Roman"/>
                <w:b/>
                <w:sz w:val="18"/>
                <w:lang w:val="en-US"/>
              </w:rPr>
              <w:t>Character-state sequence</w:t>
            </w:r>
          </w:p>
        </w:tc>
      </w:tr>
      <w:tr>
        <w:trPr>
          <w:cantSplit/>
        </w:trPr>
        <w:tc>
          <w:tcPr>
            <w:tcW w:type="dxa" w:w="24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Outgroup</w:t>
            </w:r>
          </w:p>
        </w:tc>
        <w:tc>
          <w:tcPr>
            <w:tcW w:type="dxa" w:w="739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0000000000 0000000000 0000000000 00000</w:t>
            </w:r>
          </w:p>
        </w:tc>
      </w:tr>
      <w:tr>
        <w:trPr>
          <w:cantSplit/>
        </w:trPr>
        <w:tc>
          <w:tcPr>
            <w:tcW w:type="dxa" w:w="24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Ornithopoda</w:t>
            </w:r>
          </w:p>
        </w:tc>
        <w:tc>
          <w:tcPr>
            <w:tcW w:type="dxa" w:w="739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0000000000 0000000000 0000?00000 00000</w:t>
            </w:r>
          </w:p>
        </w:tc>
      </w:tr>
      <w:tr>
        <w:trPr>
          <w:cantSplit/>
        </w:trPr>
        <w:tc>
          <w:tcPr>
            <w:tcW w:type="dxa" w:w="24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Ceratopsia</w:t>
            </w:r>
          </w:p>
        </w:tc>
        <w:tc>
          <w:tcPr>
            <w:tcW w:type="dxa" w:w="739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0000000000 0000000000 0000?00000 00000</w:t>
            </w:r>
          </w:p>
        </w:tc>
      </w:tr>
      <w:tr>
        <w:trPr>
          <w:cantSplit/>
        </w:trPr>
        <w:tc>
          <w:tcPr>
            <w:tcW w:type="dxa" w:w="24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Wannanosaurus</w:t>
            </w:r>
          </w:p>
        </w:tc>
        <w:tc>
          <w:tcPr>
            <w:tcW w:type="dxa" w:w="739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1?111????? ???00000?1 00???0000? ?000?</w:t>
            </w:r>
          </w:p>
        </w:tc>
      </w:tr>
      <w:tr>
        <w:trPr>
          <w:cantSplit/>
        </w:trPr>
        <w:tc>
          <w:tcPr>
            <w:tcW w:type="dxa" w:w="24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Goyocephale</w:t>
            </w:r>
          </w:p>
        </w:tc>
        <w:tc>
          <w:tcPr>
            <w:tcW w:type="dxa" w:w="739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1110111?11 11?100000? 0001?1110? ??01?</w:t>
            </w:r>
          </w:p>
        </w:tc>
      </w:tr>
      <w:tr>
        <w:trPr>
          <w:cantSplit/>
        </w:trPr>
        <w:tc>
          <w:tcPr>
            <w:tcW w:type="dxa" w:w="24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Homalocephale</w:t>
            </w:r>
          </w:p>
        </w:tc>
        <w:tc>
          <w:tcPr>
            <w:tcW w:type="dxa" w:w="739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1111111111 11110000?1 00?1111?10 00110</w:t>
            </w:r>
          </w:p>
        </w:tc>
      </w:tr>
      <w:tr>
        <w:trPr>
          <w:cantSplit/>
        </w:trPr>
        <w:tc>
          <w:tcPr>
            <w:tcW w:type="dxa" w:w="24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Ornathotholus</w:t>
            </w:r>
          </w:p>
        </w:tc>
        <w:tc>
          <w:tcPr>
            <w:tcW w:type="dxa" w:w="739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1????????? ???01?00?? ?????1??1? ?????</w:t>
            </w:r>
          </w:p>
        </w:tc>
      </w:tr>
      <w:tr>
        <w:trPr>
          <w:cantSplit/>
        </w:trPr>
        <w:tc>
          <w:tcPr>
            <w:tcW w:type="dxa" w:w="24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Stegoceras validum</w:t>
            </w:r>
          </w:p>
        </w:tc>
        <w:tc>
          <w:tcPr>
            <w:tcW w:type="dxa" w:w="739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1111111111 1111111110 0001110111 11111</w:t>
            </w:r>
          </w:p>
        </w:tc>
      </w:tr>
      <w:tr>
        <w:trPr>
          <w:cantSplit/>
        </w:trPr>
        <w:tc>
          <w:tcPr>
            <w:tcW w:type="dxa" w:w="24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Tylocephale</w:t>
            </w:r>
          </w:p>
        </w:tc>
        <w:tc>
          <w:tcPr>
            <w:tcW w:type="dxa" w:w="739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11111?1??? ???1111111 11?1111011 11??0</w:t>
            </w:r>
          </w:p>
        </w:tc>
      </w:tr>
      <w:tr>
        <w:trPr>
          <w:cantSplit/>
        </w:trPr>
        <w:tc>
          <w:tcPr>
            <w:tcW w:type="dxa" w:w="24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Prenocephale</w:t>
            </w:r>
          </w:p>
        </w:tc>
        <w:tc>
          <w:tcPr>
            <w:tcW w:type="dxa" w:w="739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1111111?11 11?1111101 1111111?11 101?1</w:t>
            </w:r>
          </w:p>
        </w:tc>
      </w:tr>
      <w:tr>
        <w:trPr>
          <w:cantSplit/>
        </w:trPr>
        <w:tc>
          <w:tcPr>
            <w:tcW w:type="dxa" w:w="24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Pachycephalosaurus</w:t>
            </w:r>
          </w:p>
        </w:tc>
        <w:tc>
          <w:tcPr>
            <w:tcW w:type="dxa" w:w="739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111111?11? 1??111111? 1111111111 10??1</w:t>
            </w:r>
          </w:p>
        </w:tc>
      </w:tr>
      <w:tr>
        <w:trPr>
          <w:cantSplit/>
        </w:trPr>
        <w:tc>
          <w:tcPr>
            <w:tcW w:type="dxa" w:w="24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Stegoceras edmontonese</w:t>
            </w:r>
          </w:p>
        </w:tc>
        <w:tc>
          <w:tcPr>
            <w:tcW w:type="dxa" w:w="739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1????????? ????1111?? 0?0??1??1? ?????</w:t>
            </w:r>
          </w:p>
        </w:tc>
      </w:tr>
      <w:tr>
        <w:trPr>
          <w:cantSplit/>
        </w:trPr>
        <w:tc>
          <w:tcPr>
            <w:tcW w:type="dxa" w:w="24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Stygimoloch</w:t>
            </w:r>
          </w:p>
        </w:tc>
        <w:tc>
          <w:tcPr>
            <w:tcW w:type="dxa" w:w="739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6"/>
                <w:lang w:val="en-US"/>
              </w:rPr>
              <w:t>11??1????1 ???110110? 00??????1? ?????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224" w:bottom="936" w:left="1224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21.2 — Character-Taxon Matrix — Pachycephalosauria</dc:title>
  <dc:subject>Accessible supplement to Dinosauria, second edition</dc:subject>
  <dc:creator>python-docx</dc:creator>
  <cp:keywords>Dinosauria; paleontology; character descriptions; character-taxon matrix; biogeography; accessible Word document</cp:keywords>
  <dc:description>Accessibility-remediated edition with semantic headings, lists, tables, links, and document metadata.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