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23.2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Ceratopsidae</w:t>
      </w:r>
    </w:p>
    <w:p>
      <w:r>
        <w:rPr>
          <w:rFonts w:ascii="Times New Roman" w:hAnsi="Times New Roman"/>
          <w:lang w:val="en-US"/>
        </w:rPr>
        <w:br w:type="page"/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700"/>
        <w:gridCol w:w="11412"/>
      </w:tblGrid>
      <w:tr>
        <w:trPr>
          <w:tblHeader w:val="true"/>
        </w:trPr>
        <w:tc>
          <w:tcPr>
            <w:tcW w:type="dxa" w:w="27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14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Protoceratops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000?0 ???0? 0?000 00000 0???? 00000 ?0000 00000 00??? ????? ?0000 00000 00000 00000 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Zuniceratops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????? ????? ????? ????? 10000 ????? ????? ????? ????? ????? ????? ??010 00??? ????? 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Achelousaurus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01100 ??00? 0?110 120?1 1101? ?1111 01111 11100 11110 10001 11111 11111 11110 11110 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Anchiceratops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101?0 10010 11101 10101 ?0121 20100 01100 11001 00000 01111 10111 111?? 11111 211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Arrhinoceratops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1010? 10010 11101 10101 ?01?1 ?0100 01100 1???? 00000 01?11 1???1 ????? ????? 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Avaceratops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?1100 ??00? 0?11? ????? ????? ??1?? ??101 01??? ????? ????? ?1?11 1?111 111?? ?1??? ?11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Centrosaurus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01100 ??00? 0?110 11011 10010 11111 01111 11100 11110 11111 01111 11111 11110 11110 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Chasmosaurus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011?0 10001 11?01 100?0 0?111 10100 01110 01001 00100 01111 10111 11111 11111 211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Diceratops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00111 11010 11101 10101 ?0121 20100 01101 110?1 00000 01?11 1???1 11??? ????? 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Einiosaurus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01100 ??00? 0?110 11011 1001? ?1111 01111 11100 11110 10001 11111 11111 11110 11110 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Pachyrhinosaurus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01100 ??00? 0?110 120?1 1101? ?1111 01111 11100 11110 10011 11111 11111 11110 11110 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Pentaceratops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011?0 10001 11?01 10001 ?01?1 10100 01110 01001 00100 01111 10111 11111 ?1111 211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Styracosaurus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01100 ??00? 0?110 11011 1001? 11111 01111 11100 11110 11111 11111 11111 11110 11110 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Torosaurus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00111 ??010 11101 10101 00121 20100 01101 11001 00000 01111 10111 11??? ????? 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Triceratops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11111 00111 11010 11101 10101 00121 21100 01100 11101 00000 01111 10111 11111 11111 211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23.2 — Character-Taxon Matrix — Ceratopsidae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