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rFonts w:ascii="Times New Roman" w:hAnsi="Times New Roman"/>
          <w:sz w:val="20"/>
          <w:lang w:val="en-US"/>
        </w:rPr>
        <w:t xml:space="preserve">This document is a supplement to Dinosauria, second edition, edited by David B. Weishampel, Peter Dodson, and Halszka Osmolska (Berkeley: University of California Press, 2004). For other supplements and for more information about the book, please visit </w:t>
      </w:r>
      <w:hyperlink r:id="rId11">
        <w:r>
          <w:rPr>
            <w:rFonts w:ascii="Times New Roman" w:hAnsi="Times New Roman"/>
            <w:sz w:val="20"/>
            <w:color w:val="0563C1"/>
            <w:u w:val="single"/>
          </w:rPr>
          <w:t>Dinosauria supplemental materials website</w:t>
        </w:r>
      </w:hyperlink>
      <w:r>
        <w:rPr>
          <w:rFonts w:ascii="Times New Roman" w:hAnsi="Times New Roman"/>
          <w:sz w:val="20"/>
          <w:lang w:val="en-US"/>
        </w:rPr>
        <w:t>.</w:t>
      </w:r>
    </w:p>
    <w:p>
      <w:pPr>
        <w:pStyle w:val="Heading1"/>
      </w:pPr>
      <w:r>
        <w:rPr>
          <w:rFonts w:ascii="Times New Roman" w:hAnsi="Times New Roman"/>
          <w:lang w:val="en-US"/>
        </w:rPr>
        <w:t>Table 27.1</w:t>
      </w:r>
    </w:p>
    <w:p>
      <w:pPr>
        <w:pStyle w:val="Heading2"/>
      </w:pPr>
      <w:r>
        <w:rPr>
          <w:rFonts w:ascii="Times New Roman" w:hAnsi="Times New Roman"/>
          <w:lang w:val="en-US"/>
        </w:rPr>
        <w:t>Taxa Used in Phenetic Biogeographic Analysis</w:t>
      </w:r>
    </w:p>
    <w:tbl>
      <w:tblPr>
        <w:tblW w:type="dxa" w:w="14112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4" w:color="9AA4B2"/>
          <w:left w:val="single" w:sz="4" w:color="9AA4B2"/>
          <w:bottom w:val="single" w:sz="4" w:color="9AA4B2"/>
          <w:right w:val="single" w:sz="4" w:color="9AA4B2"/>
          <w:insideH w:val="single" w:sz="4" w:color="9AA4B2"/>
          <w:insideV w:val="single" w:sz="4" w:color="9AA4B2"/>
        </w:tblBorders>
      </w:tblPr>
      <w:tblGrid>
        <w:gridCol w:w="1800"/>
        <w:gridCol w:w="12312"/>
      </w:tblGrid>
      <w:tr>
        <w:trPr>
          <w:tblHeader w:val="true"/>
        </w:trPr>
        <w:tc>
          <w:tcPr>
            <w:tcW w:type="dxa" w:w="1800"/>
            <w:shd w:fill="D9E2F3"/>
            <w:vAlign w:val="center"/>
          </w:tcPr>
          <w:p>
            <w:r>
              <w:rPr>
                <w:rFonts w:ascii="Times New Roman" w:hAnsi="Times New Roman"/>
                <w:b/>
                <w:sz w:val="18"/>
                <w:lang w:val="en-US"/>
              </w:rPr>
              <w:t>Label</w:t>
            </w:r>
          </w:p>
        </w:tc>
        <w:tc>
          <w:tcPr>
            <w:tcW w:type="dxa" w:w="12312"/>
            <w:shd w:fill="D9E2F3"/>
            <w:vAlign w:val="center"/>
          </w:tcPr>
          <w:p>
            <w:r>
              <w:rPr>
                <w:rFonts w:ascii="Times New Roman" w:hAnsi="Times New Roman"/>
                <w:b/>
                <w:sz w:val="18"/>
                <w:lang w:val="en-US"/>
              </w:rPr>
              <w:t>Taxon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Herr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Herrerasauridae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Coelo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Coelophysoidea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Cerat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Ceratosaurus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Elaphr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Elaphrosaurus or cf. Elaphrosaurus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Abeli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Abelisauria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Spino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Spinosaurinae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Bary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Baryonychinae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Megalo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Megalosaurinae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Eustr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Eustreptospondylinae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Bahar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Bahariasaurus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Marsh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Marshosaurus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Lour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Lourinhanosaurus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Sinrap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Sinraptoridae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Allos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Allosauridae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Carch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Carcharodontosauridae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Paron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Paronychodon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Rich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Richardoestesia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Comps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Compsognathidae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Olest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“Ornitholestelians” (see Holtz et al., chapter 4, this vol.)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Megar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“Megaraptors” (Megaraptor from Neuquén Formation and unnamed taxon from Bajo Barreal Formation)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Stokes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Stokesosaurus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Albert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Albertosaurinae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Tyran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Tyrannosaurinae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Coelu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Coelurus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Omim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Ornithomimosauria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Theriz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Therizinosauroidea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Ovirap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Oviraptorosauria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Alvar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Alvarezsauridae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Trood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Troodontidae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Drom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Dromaeosauridae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Archae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Archaeopteryx or cf. Archaeopteryx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Enant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Enantiornithes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Gavis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Gargantuavis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Hesp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Hesperornithiformes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Ichthy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Ichthyornithiformes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Chara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Charadriiformes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Melan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Melanorosauridae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Plateo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Plateosauria + Jingshanosaurus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Lourin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Lourinhasaurus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Mamen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Mamenchisaurus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Rebb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Rebbachisauridae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Dicrae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Dicraeosauridae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Diplo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Diplodocidae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Atlas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Atlasaurus + Jobaria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Camar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Camarasaurus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Haploc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Haplocanthosaurus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Brach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Brachiosauridae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Titan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Titanosauria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Stegos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Stegosauria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Minmi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Minmi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Nodos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Nodosauridae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Polac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Polacanthidae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Ankyl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Ankylosauridae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Hetero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Heterodontosauridae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Orodr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Orodromeus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Zephyr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Zephyrosaurus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Othnia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Othnielia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Hypsilo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Hypsilophodon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Parkso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Parksosaurus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Bugen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Bugenasaura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Thesc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Thescelosaurus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Rhabd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Rhabdodon or cf. Rhabdodon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Tenon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Tenontosaurus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Dryo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Dryosauridae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Mutt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Muttaburrasaurus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Campto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Camptosaurus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Ouran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Ouranosaurus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Iguan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Iguanodon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Proba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Probactrosaurus + Eolambia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Lambeo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Lambeosaurinae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Hadro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Hadrosaurinae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Pachy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Pachycephalosauria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Psitt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Psittacosaurus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Lepto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Leptoceratopsidae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Protoc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Protoceratopsidae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Centro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Centrosaurinae</w:t>
            </w:r>
          </w:p>
        </w:tc>
      </w:tr>
      <w:tr>
        <w:trPr>
          <w:cantSplit/>
        </w:trPr>
        <w:tc>
          <w:tcPr>
            <w:tcW w:type="dxa" w:w="18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Chasmo</w:t>
            </w:r>
          </w:p>
        </w:tc>
        <w:tc>
          <w:tcPr>
            <w:tcW w:type="dxa" w:w="12312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Chasmosaurinae</w:t>
            </w:r>
          </w:p>
        </w:tc>
      </w:tr>
    </w:tbl>
    <w:p>
      <w:pPr>
        <w:spacing w:before="120"/>
      </w:pPr>
      <w:r>
        <w:rPr>
          <w:rFonts w:ascii="Times New Roman" w:hAnsi="Times New Roman"/>
          <w:lang w:val="en-US"/>
        </w:rPr>
        <w:t>1 Label used in table 27.2.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792" w:right="864" w:bottom="792" w:left="864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  <w:lang w:val="en-US"/>
      </w:rPr>
      <w:t xml:space="preserve">Page </w:t>
    </w:r>
    <w:fldSimple w:instr="PAGE">
      <w:r>
        <w:rPr>
          <w:sz w:val="18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b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://dinosauria.ucpres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27.1 — Taxa Used in Phenetic Biogeographic Analysis</dc:title>
  <dc:subject>Accessible supplement to Dinosauria, second edition</dc:subject>
  <dc:creator>python-docx</dc:creator>
  <cp:keywords>Dinosauria; paleontology; character descriptions; character-taxon matrix; biogeography; accessible Word document</cp:keywords>
  <dc:description>Accessibility-remediated edition with semantic headings, lists, tables, links, and document metadata.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